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Qualidade / ISO 9001</w:t>
      </w:r>
    </w:p>
    <w:p>
      <w:pPr>
        <w:spacing w:after="60"/>
      </w:pPr>
      <w:r>
        <w:rPr>
          <w:b/>
          <w:sz w:val="20"/>
        </w:rPr>
        <w:t xml:space="preserve">Organização: </w:t>
      </w:r>
      <w:r>
        <w:rPr>
          <w:sz w:val="20"/>
        </w:rPr>
        <w:t>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Área / processo: </w:t>
      </w:r>
      <w:r>
        <w:rPr>
          <w:sz w:val="20"/>
        </w:rPr>
        <w:t>__________________________________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Período: </w:t>
      </w:r>
      <w:r>
        <w:rPr>
          <w:sz w:val="20"/>
        </w:rPr>
        <w:t>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quê</w:t>
            </w:r>
          </w:p>
        </w:tc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Por quê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Onde</w:t>
            </w:r>
          </w:p>
        </w:tc>
        <w:tc>
          <w:tcPr>
            <w:tcW w:type="dxa" w:w="152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Quando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Quem</w:t>
            </w:r>
          </w:p>
        </w:tc>
        <w:tc>
          <w:tcPr>
            <w:tcW w:type="dxa" w:w="254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Indicador</w:t>
            </w:r>
          </w:p>
        </w:tc>
      </w:tr>
      <w:tr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Republicar os 14 procedimentos com revisão vencida</w:t>
            </w:r>
          </w:p>
        </w:tc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NC 01 da auditoria interna: documentos vencidos em uso na operação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Sistema de gestão da qualidade, 6 processos afetados</w:t>
            </w:r>
          </w:p>
        </w:tc>
        <w:tc>
          <w:tcPr>
            <w:tcW w:type="dxa" w:w="152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18/09 a 16/10/2026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Carla Menezes, coordenadora do SGQ</w:t>
            </w:r>
          </w:p>
        </w:tc>
        <w:tc>
          <w:tcPr>
            <w:tcW w:type="dxa" w:w="254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Levantar a lista completa, distribuir aos donos de processo com prazo individual e republicar após aprovação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Amostragem de 10 documentos em uso, verificada na auditoria de fevereiro</w:t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