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E5C55"/>
          <w:sz w:val="34"/>
        </w:rPr>
        <w:t>Plano de Ação — modelo simples</w:t>
      </w:r>
    </w:p>
    <w:p>
      <w:pPr>
        <w:spacing w:after="60"/>
      </w:pPr>
      <w:r>
        <w:rPr>
          <w:b/>
          <w:sz w:val="20"/>
        </w:rPr>
        <w:t xml:space="preserve">Objetivo (com número e data): </w:t>
      </w:r>
      <w:r>
        <w:rPr>
          <w:sz w:val="20"/>
        </w:rPr>
        <w:t>______________________________________________</w:t>
      </w:r>
    </w:p>
    <w:p>
      <w:pPr>
        <w:spacing w:after="60"/>
      </w:pPr>
      <w:r>
        <w:rPr>
          <w:b/>
          <w:sz w:val="20"/>
        </w:rPr>
        <w:t xml:space="preserve">Responsável geral: </w:t>
      </w:r>
      <w:r>
        <w:rPr>
          <w:sz w:val="20"/>
        </w:rPr>
        <w:t>______________________________________________</w:t>
      </w:r>
    </w:p>
    <w:p>
      <w:pPr>
        <w:spacing w:after="60"/>
      </w:pPr>
      <w:r>
        <w:rPr>
          <w:b/>
          <w:sz w:val="20"/>
        </w:rPr>
        <w:t xml:space="preserve">Período: </w:t>
      </w:r>
      <w:r>
        <w:rPr>
          <w:sz w:val="20"/>
        </w:rPr>
        <w:t>______________________________________________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3"/>
        <w:gridCol w:w="2663"/>
        <w:gridCol w:w="2663"/>
        <w:gridCol w:w="2663"/>
      </w:tblGrid>
      <w:tr>
        <w:trPr>
          <w:tblHeader w:val="true"/>
        </w:trPr>
        <w:tc>
          <w:tcPr>
            <w:tcW w:type="dxa" w:w="4177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O quê</w:t>
            </w:r>
          </w:p>
        </w:tc>
        <w:tc>
          <w:tcPr>
            <w:tcW w:type="dxa" w:w="2506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Quem</w:t>
            </w:r>
          </w:p>
        </w:tc>
        <w:tc>
          <w:tcPr>
            <w:tcW w:type="dxa" w:w="1880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Quando</w:t>
            </w:r>
          </w:p>
        </w:tc>
        <w:tc>
          <w:tcPr>
            <w:tcW w:type="dxa" w:w="2089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Status</w:t>
            </w:r>
          </w:p>
        </w:tc>
      </w:tr>
      <w:tr>
        <w:tc>
          <w:tcPr>
            <w:tcW w:type="dxa" w:w="4177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Revisar o processo de atendimento ao cliente</w:t>
            </w:r>
          </w:p>
        </w:tc>
        <w:tc>
          <w:tcPr>
            <w:tcW w:type="dxa" w:w="2506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Camila Duarte</w:t>
            </w:r>
          </w:p>
        </w:tc>
        <w:tc>
          <w:tcPr>
            <w:tcW w:type="dxa" w:w="1880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30/09/2026</w:t>
            </w:r>
          </w:p>
        </w:tc>
        <w:tc>
          <w:tcPr>
            <w:tcW w:type="dxa" w:w="2089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Em andamento</w:t>
            </w:r>
          </w:p>
        </w:tc>
      </w:tr>
      <w:tr>
        <w:tc>
          <w:tcPr>
            <w:tcW w:type="dxa" w:w="4177"/>
          </w:tcPr>
          <w:p>
            <w:r>
              <w:rPr>
                <w:sz w:val="20"/>
              </w:rPr>
            </w:r>
          </w:p>
        </w:tc>
        <w:tc>
          <w:tcPr>
            <w:tcW w:type="dxa" w:w="2506"/>
          </w:tcPr>
          <w:p>
            <w:r>
              <w:rPr>
                <w:sz w:val="20"/>
              </w:rPr>
            </w:r>
          </w:p>
        </w:tc>
        <w:tc>
          <w:tcPr>
            <w:tcW w:type="dxa" w:w="1880"/>
          </w:tcPr>
          <w:p>
            <w:r>
              <w:rPr>
                <w:sz w:val="20"/>
              </w:rPr>
            </w:r>
          </w:p>
        </w:tc>
        <w:tc>
          <w:tcPr>
            <w:tcW w:type="dxa" w:w="208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177"/>
          </w:tcPr>
          <w:p>
            <w:r>
              <w:rPr>
                <w:sz w:val="20"/>
              </w:rPr>
            </w:r>
          </w:p>
        </w:tc>
        <w:tc>
          <w:tcPr>
            <w:tcW w:type="dxa" w:w="2506"/>
          </w:tcPr>
          <w:p>
            <w:r>
              <w:rPr>
                <w:sz w:val="20"/>
              </w:rPr>
            </w:r>
          </w:p>
        </w:tc>
        <w:tc>
          <w:tcPr>
            <w:tcW w:type="dxa" w:w="1880"/>
          </w:tcPr>
          <w:p>
            <w:r>
              <w:rPr>
                <w:sz w:val="20"/>
              </w:rPr>
            </w:r>
          </w:p>
        </w:tc>
        <w:tc>
          <w:tcPr>
            <w:tcW w:type="dxa" w:w="208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177"/>
          </w:tcPr>
          <w:p>
            <w:r>
              <w:rPr>
                <w:sz w:val="20"/>
              </w:rPr>
            </w:r>
          </w:p>
        </w:tc>
        <w:tc>
          <w:tcPr>
            <w:tcW w:type="dxa" w:w="2506"/>
          </w:tcPr>
          <w:p>
            <w:r>
              <w:rPr>
                <w:sz w:val="20"/>
              </w:rPr>
            </w:r>
          </w:p>
        </w:tc>
        <w:tc>
          <w:tcPr>
            <w:tcW w:type="dxa" w:w="1880"/>
          </w:tcPr>
          <w:p>
            <w:r>
              <w:rPr>
                <w:sz w:val="20"/>
              </w:rPr>
            </w:r>
          </w:p>
        </w:tc>
        <w:tc>
          <w:tcPr>
            <w:tcW w:type="dxa" w:w="208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177"/>
          </w:tcPr>
          <w:p>
            <w:r>
              <w:rPr>
                <w:sz w:val="20"/>
              </w:rPr>
            </w:r>
          </w:p>
        </w:tc>
        <w:tc>
          <w:tcPr>
            <w:tcW w:type="dxa" w:w="2506"/>
          </w:tcPr>
          <w:p>
            <w:r>
              <w:rPr>
                <w:sz w:val="20"/>
              </w:rPr>
            </w:r>
          </w:p>
        </w:tc>
        <w:tc>
          <w:tcPr>
            <w:tcW w:type="dxa" w:w="1880"/>
          </w:tcPr>
          <w:p>
            <w:r>
              <w:rPr>
                <w:sz w:val="20"/>
              </w:rPr>
            </w:r>
          </w:p>
        </w:tc>
        <w:tc>
          <w:tcPr>
            <w:tcW w:type="dxa" w:w="208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177"/>
          </w:tcPr>
          <w:p>
            <w:r>
              <w:rPr>
                <w:sz w:val="20"/>
              </w:rPr>
            </w:r>
          </w:p>
        </w:tc>
        <w:tc>
          <w:tcPr>
            <w:tcW w:type="dxa" w:w="2506"/>
          </w:tcPr>
          <w:p>
            <w:r>
              <w:rPr>
                <w:sz w:val="20"/>
              </w:rPr>
            </w:r>
          </w:p>
        </w:tc>
        <w:tc>
          <w:tcPr>
            <w:tcW w:type="dxa" w:w="1880"/>
          </w:tcPr>
          <w:p>
            <w:r>
              <w:rPr>
                <w:sz w:val="20"/>
              </w:rPr>
            </w:r>
          </w:p>
        </w:tc>
        <w:tc>
          <w:tcPr>
            <w:tcW w:type="dxa" w:w="208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177"/>
          </w:tcPr>
          <w:p>
            <w:r>
              <w:rPr>
                <w:sz w:val="20"/>
              </w:rPr>
            </w:r>
          </w:p>
        </w:tc>
        <w:tc>
          <w:tcPr>
            <w:tcW w:type="dxa" w:w="2506"/>
          </w:tcPr>
          <w:p>
            <w:r>
              <w:rPr>
                <w:sz w:val="20"/>
              </w:rPr>
            </w:r>
          </w:p>
        </w:tc>
        <w:tc>
          <w:tcPr>
            <w:tcW w:type="dxa" w:w="1880"/>
          </w:tcPr>
          <w:p>
            <w:r>
              <w:rPr>
                <w:sz w:val="20"/>
              </w:rPr>
            </w:r>
          </w:p>
        </w:tc>
        <w:tc>
          <w:tcPr>
            <w:tcW w:type="dxa" w:w="208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177"/>
          </w:tcPr>
          <w:p>
            <w:r>
              <w:rPr>
                <w:sz w:val="20"/>
              </w:rPr>
            </w:r>
          </w:p>
        </w:tc>
        <w:tc>
          <w:tcPr>
            <w:tcW w:type="dxa" w:w="2506"/>
          </w:tcPr>
          <w:p>
            <w:r>
              <w:rPr>
                <w:sz w:val="20"/>
              </w:rPr>
            </w:r>
          </w:p>
        </w:tc>
        <w:tc>
          <w:tcPr>
            <w:tcW w:type="dxa" w:w="1880"/>
          </w:tcPr>
          <w:p>
            <w:r>
              <w:rPr>
                <w:sz w:val="20"/>
              </w:rPr>
            </w:r>
          </w:p>
        </w:tc>
        <w:tc>
          <w:tcPr>
            <w:tcW w:type="dxa" w:w="208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177"/>
          </w:tcPr>
          <w:p>
            <w:r>
              <w:rPr>
                <w:sz w:val="20"/>
              </w:rPr>
            </w:r>
          </w:p>
        </w:tc>
        <w:tc>
          <w:tcPr>
            <w:tcW w:type="dxa" w:w="2506"/>
          </w:tcPr>
          <w:p>
            <w:r>
              <w:rPr>
                <w:sz w:val="20"/>
              </w:rPr>
            </w:r>
          </w:p>
        </w:tc>
        <w:tc>
          <w:tcPr>
            <w:tcW w:type="dxa" w:w="1880"/>
          </w:tcPr>
          <w:p>
            <w:r>
              <w:rPr>
                <w:sz w:val="20"/>
              </w:rPr>
            </w:r>
          </w:p>
        </w:tc>
        <w:tc>
          <w:tcPr>
            <w:tcW w:type="dxa" w:w="208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177"/>
          </w:tcPr>
          <w:p>
            <w:r>
              <w:rPr>
                <w:sz w:val="20"/>
              </w:rPr>
            </w:r>
          </w:p>
        </w:tc>
        <w:tc>
          <w:tcPr>
            <w:tcW w:type="dxa" w:w="2506"/>
          </w:tcPr>
          <w:p>
            <w:r>
              <w:rPr>
                <w:sz w:val="20"/>
              </w:rPr>
            </w:r>
          </w:p>
        </w:tc>
        <w:tc>
          <w:tcPr>
            <w:tcW w:type="dxa" w:w="1880"/>
          </w:tcPr>
          <w:p>
            <w:r>
              <w:rPr>
                <w:sz w:val="20"/>
              </w:rPr>
            </w:r>
          </w:p>
        </w:tc>
        <w:tc>
          <w:tcPr>
            <w:tcW w:type="dxa" w:w="208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177"/>
          </w:tcPr>
          <w:p>
            <w:r>
              <w:rPr>
                <w:sz w:val="20"/>
              </w:rPr>
            </w:r>
          </w:p>
        </w:tc>
        <w:tc>
          <w:tcPr>
            <w:tcW w:type="dxa" w:w="2506"/>
          </w:tcPr>
          <w:p>
            <w:r>
              <w:rPr>
                <w:sz w:val="20"/>
              </w:rPr>
            </w:r>
          </w:p>
        </w:tc>
        <w:tc>
          <w:tcPr>
            <w:tcW w:type="dxa" w:w="1880"/>
          </w:tcPr>
          <w:p>
            <w:r>
              <w:rPr>
                <w:sz w:val="20"/>
              </w:rPr>
            </w:r>
          </w:p>
        </w:tc>
        <w:tc>
          <w:tcPr>
            <w:tcW w:type="dxa" w:w="208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177"/>
          </w:tcPr>
          <w:p>
            <w:r>
              <w:rPr>
                <w:sz w:val="20"/>
              </w:rPr>
            </w:r>
          </w:p>
        </w:tc>
        <w:tc>
          <w:tcPr>
            <w:tcW w:type="dxa" w:w="2506"/>
          </w:tcPr>
          <w:p>
            <w:r>
              <w:rPr>
                <w:sz w:val="20"/>
              </w:rPr>
            </w:r>
          </w:p>
        </w:tc>
        <w:tc>
          <w:tcPr>
            <w:tcW w:type="dxa" w:w="1880"/>
          </w:tcPr>
          <w:p>
            <w:r>
              <w:rPr>
                <w:sz w:val="20"/>
              </w:rPr>
            </w:r>
          </w:p>
        </w:tc>
        <w:tc>
          <w:tcPr>
            <w:tcW w:type="dxa" w:w="208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177"/>
          </w:tcPr>
          <w:p>
            <w:r>
              <w:rPr>
                <w:sz w:val="20"/>
              </w:rPr>
            </w:r>
          </w:p>
        </w:tc>
        <w:tc>
          <w:tcPr>
            <w:tcW w:type="dxa" w:w="2506"/>
          </w:tcPr>
          <w:p>
            <w:r>
              <w:rPr>
                <w:sz w:val="20"/>
              </w:rPr>
            </w:r>
          </w:p>
        </w:tc>
        <w:tc>
          <w:tcPr>
            <w:tcW w:type="dxa" w:w="1880"/>
          </w:tcPr>
          <w:p>
            <w:r>
              <w:rPr>
                <w:sz w:val="20"/>
              </w:rPr>
            </w:r>
          </w:p>
        </w:tc>
        <w:tc>
          <w:tcPr>
            <w:tcW w:type="dxa" w:w="208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177"/>
          </w:tcPr>
          <w:p>
            <w:r>
              <w:rPr>
                <w:sz w:val="20"/>
              </w:rPr>
            </w:r>
          </w:p>
        </w:tc>
        <w:tc>
          <w:tcPr>
            <w:tcW w:type="dxa" w:w="2506"/>
          </w:tcPr>
          <w:p>
            <w:r>
              <w:rPr>
                <w:sz w:val="20"/>
              </w:rPr>
            </w:r>
          </w:p>
        </w:tc>
        <w:tc>
          <w:tcPr>
            <w:tcW w:type="dxa" w:w="1880"/>
          </w:tcPr>
          <w:p>
            <w:r>
              <w:rPr>
                <w:sz w:val="20"/>
              </w:rPr>
            </w:r>
          </w:p>
        </w:tc>
        <w:tc>
          <w:tcPr>
            <w:tcW w:type="dxa" w:w="208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177"/>
          </w:tcPr>
          <w:p>
            <w:r>
              <w:rPr>
                <w:sz w:val="20"/>
              </w:rPr>
            </w:r>
          </w:p>
        </w:tc>
        <w:tc>
          <w:tcPr>
            <w:tcW w:type="dxa" w:w="2506"/>
          </w:tcPr>
          <w:p>
            <w:r>
              <w:rPr>
                <w:sz w:val="20"/>
              </w:rPr>
            </w:r>
          </w:p>
        </w:tc>
        <w:tc>
          <w:tcPr>
            <w:tcW w:type="dxa" w:w="1880"/>
          </w:tcPr>
          <w:p>
            <w:r>
              <w:rPr>
                <w:sz w:val="20"/>
              </w:rPr>
            </w:r>
          </w:p>
        </w:tc>
        <w:tc>
          <w:tcPr>
            <w:tcW w:type="dxa" w:w="208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177"/>
          </w:tcPr>
          <w:p>
            <w:r>
              <w:rPr>
                <w:sz w:val="20"/>
              </w:rPr>
            </w:r>
          </w:p>
        </w:tc>
        <w:tc>
          <w:tcPr>
            <w:tcW w:type="dxa" w:w="2506"/>
          </w:tcPr>
          <w:p>
            <w:r>
              <w:rPr>
                <w:sz w:val="20"/>
              </w:rPr>
            </w:r>
          </w:p>
        </w:tc>
        <w:tc>
          <w:tcPr>
            <w:tcW w:type="dxa" w:w="1880"/>
          </w:tcPr>
          <w:p>
            <w:r>
              <w:rPr>
                <w:sz w:val="20"/>
              </w:rPr>
            </w:r>
          </w:p>
        </w:tc>
        <w:tc>
          <w:tcPr>
            <w:tcW w:type="dxa" w:w="208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177"/>
          </w:tcPr>
          <w:p>
            <w:r>
              <w:rPr>
                <w:sz w:val="20"/>
              </w:rPr>
            </w:r>
          </w:p>
        </w:tc>
        <w:tc>
          <w:tcPr>
            <w:tcW w:type="dxa" w:w="2506"/>
          </w:tcPr>
          <w:p>
            <w:r>
              <w:rPr>
                <w:sz w:val="20"/>
              </w:rPr>
            </w:r>
          </w:p>
        </w:tc>
        <w:tc>
          <w:tcPr>
            <w:tcW w:type="dxa" w:w="1880"/>
          </w:tcPr>
          <w:p>
            <w:r>
              <w:rPr>
                <w:sz w:val="20"/>
              </w:rPr>
            </w:r>
          </w:p>
        </w:tc>
        <w:tc>
          <w:tcPr>
            <w:tcW w:type="dxa" w:w="2089"/>
          </w:tcPr>
          <w:p>
            <w:r>
              <w:rPr>
                <w:sz w:val="20"/>
              </w:rPr>
            </w:r>
          </w:p>
        </w:tc>
      </w:tr>
    </w:tbl>
    <w:p/>
    <w:p>
      <w:r>
        <w:rPr>
          <w:i/>
          <w:color w:val="6E8189"/>
          <w:sz w:val="17"/>
        </w:rPr>
        <w:t>A linha em cinza é um exemplo — apague antes de usar. Para adicionar linhas, clique na última célula e pressione Tab.</w:t>
      </w:r>
    </w:p>
    <w:p/>
    <w:p>
      <w:r>
        <w:rPr>
          <w:sz w:val="18"/>
        </w:rPr>
        <w:t>Elaborado em ____/____/______        Revisão prevista para ____/____/______        Assinatura: ______________________________</w:t>
      </w:r>
    </w:p>
    <w:sectPr w:rsidR="00FC693F" w:rsidRPr="0006063C" w:rsidSect="00034616">
      <w:footerReference w:type="default" r:id="rId9"/>
      <w:pgSz w:w="12240" w:h="15840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A9BA2"/>
        <w:sz w:val="16"/>
      </w:rPr>
      <w:t>Modelo gratuito de planodeacao.com.br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